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临沂　｜　编号 chemical-LY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个（3102,3105,3917）</w:t>
      </w:r>
    </w:p>
    <w:p>
      <w:r>
        <w:rPr>
          <w:b/>
        </w:rPr>
        <w:t>最新年度中国出口额：</w:t>
      </w:r>
      <w:r>
        <w:t>132.74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168.53 亿美元 / 206 国；2023 年 143.16 亿美元 / 204 国；2024 年 132.74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18.82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9.23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8.45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6.40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6.02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5.78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临沂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8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