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济南　｜　编号 chemical-JN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9 个（2501,2710,2811,2815,2836,3208,3824,3901,6911）</w:t>
      </w:r>
    </w:p>
    <w:p>
      <w:r>
        <w:rPr>
          <w:b/>
        </w:rPr>
        <w:t>最新年度中国出口额：</w:t>
      </w:r>
      <w:r>
        <w:t>514.90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666.61 亿美元 / 204 国；2023 年 603.64 亿美元 / 206 国；2024 年 514.90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55.35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28.91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28.65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27.75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22.47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济南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9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