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菏泽　｜　编号 chemical-HZ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个（3102,3105）</w:t>
      </w:r>
    </w:p>
    <w:p>
      <w:r>
        <w:rPr>
          <w:b/>
        </w:rPr>
        <w:t>最新年度中国出口额：</w:t>
      </w:r>
      <w:r>
        <w:t>88.99 亿美元（全国口径，非本市出口）</w:t>
      </w:r>
    </w:p>
    <w:p>
      <w:r>
        <w:rPr>
          <w:b/>
        </w:rPr>
        <w:t>贸易伙伴国别：</w:t>
      </w:r>
      <w:r>
        <w:t>167</w:t>
      </w:r>
    </w:p>
    <w:p>
      <w:r>
        <w:t>三年趋势：2022 年 126.75 亿美元 / 153 国；2023 年 102.25 亿美元 / 168 国；2024 年 88.99 亿美元 / 167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18.08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7.75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7.45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4.47</w:t>
            </w:r>
          </w:p>
        </w:tc>
      </w:tr>
      <w:tr>
        <w:tc>
          <w:tcPr>
            <w:tcW w:type="dxa" w:w="3135"/>
          </w:tcPr>
          <w:p>
            <w:r>
              <w:t>BGD</w:t>
            </w:r>
          </w:p>
        </w:tc>
        <w:tc>
          <w:tcPr>
            <w:tcW w:type="dxa" w:w="3135"/>
          </w:tcPr>
          <w:p>
            <w:r>
              <w:t>Bangladesh</w:t>
            </w:r>
          </w:p>
        </w:tc>
        <w:tc>
          <w:tcPr>
            <w:tcW w:type="dxa" w:w="3135"/>
          </w:tcPr>
          <w:p>
            <w:r>
              <w:t>4.46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4.39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菏泽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8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