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德州　｜　编号 chemical-DZ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个（3102）</w:t>
      </w:r>
    </w:p>
    <w:p>
      <w:r>
        <w:rPr>
          <w:b/>
        </w:rPr>
        <w:t>最新年度中国出口额：</w:t>
      </w:r>
      <w:r>
        <w:t>33.03 亿美元（全国口径，非本市出口）</w:t>
      </w:r>
    </w:p>
    <w:p>
      <w:r>
        <w:rPr>
          <w:b/>
        </w:rPr>
        <w:t>贸易伙伴国别：</w:t>
      </w:r>
      <w:r>
        <w:t>154</w:t>
      </w:r>
    </w:p>
    <w:p>
      <w:r>
        <w:t>三年趋势：2022 年 61.00 亿美元 / 137 国；2023 年 51.01 亿美元 / 159 国；2024 年 33.03 亿美元 / 154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10.82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1.68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1.61</w:t>
            </w:r>
          </w:p>
        </w:tc>
      </w:tr>
      <w:tr>
        <w:tc>
          <w:tcPr>
            <w:tcW w:type="dxa" w:w="3135"/>
          </w:tcPr>
          <w:p>
            <w:r>
              <w:t>MMR</w:t>
            </w:r>
          </w:p>
        </w:tc>
        <w:tc>
          <w:tcPr>
            <w:tcW w:type="dxa" w:w="3135"/>
          </w:tcPr>
          <w:p>
            <w:r>
              <w:t>Myanmar</w:t>
            </w:r>
          </w:p>
        </w:tc>
        <w:tc>
          <w:tcPr>
            <w:tcW w:type="dxa" w:w="3135"/>
          </w:tcPr>
          <w:p>
            <w:r>
              <w:t>1.54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1.32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1.18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