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东营　｜　编号 chemical-DY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7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8 个（2710,2803,2812,2815,2836,3910,4011,4016）</w:t>
      </w:r>
    </w:p>
    <w:p>
      <w:r>
        <w:rPr>
          <w:b/>
        </w:rPr>
        <w:t>最新年度中国出口额：</w:t>
      </w:r>
      <w:r>
        <w:t>676.18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790.85 亿美元 / 208 国；2023 年 746.06 亿美元 / 213 国；2024 年 676.18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54.03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51.60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35.02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30.09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28.97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东营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