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滨州　｜　编号 chemical-BZ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4 个（2501,2710,3808,6911）</w:t>
      </w:r>
    </w:p>
    <w:p>
      <w:r>
        <w:rPr>
          <w:b/>
        </w:rPr>
        <w:t>最新年度中国出口额：</w:t>
      </w:r>
      <w:r>
        <w:t>484.91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628.44 亿美元 / 204 国；2023 年 560.70 亿美元 / 206 国；2024 年 484.91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53.24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50.71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29.62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28.11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25.95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21.92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7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滨州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7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