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建设材料 × 枣庄　｜　编号 building-ZZ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4 个（2522,2523,7005,7006）</w:t>
      </w:r>
    </w:p>
    <w:p>
      <w:r>
        <w:rPr>
          <w:b/>
        </w:rPr>
        <w:t>最新年度中国出口额：</w:t>
      </w:r>
      <w:r>
        <w:t>16.39 亿美元（全国口径，非本市出口）</w:t>
      </w:r>
    </w:p>
    <w:p>
      <w:r>
        <w:rPr>
          <w:b/>
        </w:rPr>
        <w:t>贸易伙伴国别：</w:t>
      </w:r>
      <w:r>
        <w:t>195</w:t>
      </w:r>
    </w:p>
    <w:p>
      <w:r>
        <w:t>三年趋势：2022 年 23.31 亿美元 / 195 国；2023 年 19.15 亿美元 / 194 国；2024 年 16.39 亿美元 / 195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2.17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1.43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0.93</w:t>
            </w:r>
          </w:p>
        </w:tc>
      </w:tr>
      <w:tr>
        <w:tc>
          <w:tcPr>
            <w:tcW w:type="dxa" w:w="3135"/>
          </w:tcPr>
          <w:p>
            <w:r>
              <w:t>S19</w:t>
            </w:r>
          </w:p>
        </w:tc>
        <w:tc>
          <w:tcPr>
            <w:tcW w:type="dxa" w:w="3135"/>
          </w:tcPr>
          <w:p>
            <w:r>
              <w:t>Other Asia, nes</w:t>
            </w:r>
          </w:p>
        </w:tc>
        <w:tc>
          <w:tcPr>
            <w:tcW w:type="dxa" w:w="3135"/>
          </w:tcPr>
          <w:p>
            <w:r>
              <w:t>0.79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0.59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0.58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8 条（status≠closed）</w:t>
      </w:r>
    </w:p>
    <w:p>
      <w:r>
        <w:rPr>
          <w:b/>
        </w:rPr>
        <w:t>exact/near 撮合：</w:t>
      </w:r>
      <w:r>
        <w:t>4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山东建材的强项是「基础材料齐全 + 价格带完整」：水泥、玻璃、陶瓷、石材、石膏、保温材料、门窗型材，能在省内完成一套房子的主要用材配套。</w:t>
      </w:r>
    </w:p>
    <w:p>
      <w:r>
        <w:t>· 中国国际贸易促进委员会枣庄市委员会（原产地证签发、境外展会与客商对接）</w:t>
      </w:r>
    </w:p>
    <w:p>
      <w:r>
        <w:t>· 枣庄市商务局（外贸科：本地出口企业组织与政策兑现）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《建设材料 × 枣庄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8 条）</w:t>
      </w:r>
    </w:p>
    <w:p>
      <w:r>
        <w:t>4. 撮合记录与对接建议（exact/near 4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