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烟台　｜　编号 building-YT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个（2515,6802,6803）</w:t>
      </w:r>
    </w:p>
    <w:p>
      <w:r>
        <w:rPr>
          <w:b/>
        </w:rPr>
        <w:t>最新年度中国出口额：</w:t>
      </w:r>
      <w:r>
        <w:t>39.18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36.53 亿美元 / 196 国；2023 年 30.47 亿美元 / 194 国；2024 年 39.18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12.36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4.97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1.80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1.72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1.06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烟台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5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