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泰安　｜　编号 building-TA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个（2522,6809,7308）</w:t>
      </w:r>
    </w:p>
    <w:p>
      <w:r>
        <w:rPr>
          <w:b/>
        </w:rPr>
        <w:t>最新年度中国出口额：</w:t>
      </w:r>
      <w:r>
        <w:t>201.55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164.83 亿美元 / 205 国；2023 年 184.37 亿美元 / 205 国；2024 年 201.55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18.28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16.04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13.28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11.21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10.60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7.40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7 条（status≠closed）</w:t>
      </w:r>
    </w:p>
    <w:p>
      <w:r>
        <w:rPr>
          <w:b/>
        </w:rPr>
        <w:t>exact/near 撮合：</w:t>
      </w:r>
      <w:r>
        <w:t>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泰安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7 条）</w:t>
      </w:r>
    </w:p>
    <w:p>
      <w:r>
        <w:t>4. 撮合记录与对接建议（exact/near 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