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青岛　｜　编号 building-QD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4 个（6807,7005,7610,9406）</w:t>
      </w:r>
    </w:p>
    <w:p>
      <w:r>
        <w:rPr>
          <w:b/>
        </w:rPr>
        <w:t>最新年度中国出口额：</w:t>
      </w:r>
      <w:r>
        <w:t>94.75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92.50 亿美元 / 205 国；2023 年 88.27 亿美元 / 203 国；2024 年 94.75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8.46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6.70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6.52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6.35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4.26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3.49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青岛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5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