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临沂　｜　编号 building-LY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个（2515,2523,6907,7610）</w:t>
      </w:r>
    </w:p>
    <w:p>
      <w:r>
        <w:rPr>
          <w:b/>
        </w:rPr>
        <w:t>最新年度中国出口额：</w:t>
      </w:r>
      <w:r>
        <w:t>91.67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90.76 亿美元 / 204 国；2023 年 87.14 亿美元 / 203 国；2024 年 91.67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7.89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6.62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4.86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4.40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4.14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临沂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