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建设材料 × 济南　｜　编号 building-JN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个（2523,9406）</w:t>
      </w:r>
    </w:p>
    <w:p>
      <w:r>
        <w:rPr>
          <w:b/>
        </w:rPr>
        <w:t>最新年度中国出口额：</w:t>
      </w:r>
      <w:r>
        <w:t>37.14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28.82 亿美元 / 202 国；2023 年 31.53 亿美元 / 201 国；2024 年 37.14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5.39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4.21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3.36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1.12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0.96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0.92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8 条（status≠closed）</w:t>
      </w:r>
    </w:p>
    <w:p>
      <w:r>
        <w:rPr>
          <w:b/>
        </w:rPr>
        <w:t>exact/near 撮合：</w:t>
      </w:r>
      <w:r>
        <w:t>3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山东建材的强项是「基础材料齐全 + 价格带完整」：水泥、玻璃、陶瓷、石材、石膏、保温材料、门窗型材，能在省内完成一套房子的主要用材配套。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《建设材料 × 济南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8 条）</w:t>
      </w:r>
    </w:p>
    <w:p>
      <w:r>
        <w:t>4. 撮合记录与对接建议（exact/near 3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