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东营　｜　编号 blue-DY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个（0306,0307）</w:t>
      </w:r>
    </w:p>
    <w:p>
      <w:r>
        <w:rPr>
          <w:b/>
        </w:rPr>
        <w:t>最新年度中国出口额：</w:t>
      </w:r>
      <w:r>
        <w:t>32.02 亿美元（全国口径，非本市出口）</w:t>
      </w:r>
    </w:p>
    <w:p>
      <w:r>
        <w:rPr>
          <w:b/>
        </w:rPr>
        <w:t>贸易伙伴国别：</w:t>
      </w:r>
      <w:r>
        <w:t>128</w:t>
      </w:r>
    </w:p>
    <w:p>
      <w:r>
        <w:t>三年趋势：2022 年 40.67 亿美元 / 124 国；2023 年 31.71 亿美元 / 137 国；2024 年 32.02 亿美元 / 128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6.19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4.69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3.49</w:t>
            </w:r>
          </w:p>
        </w:tc>
      </w:tr>
      <w:tr>
        <w:tc>
          <w:tcPr>
            <w:tcW w:type="dxa" w:w="3135"/>
          </w:tcPr>
          <w:p>
            <w:r>
              <w:t>ESP</w:t>
            </w:r>
          </w:p>
        </w:tc>
        <w:tc>
          <w:tcPr>
            <w:tcW w:type="dxa" w:w="3135"/>
          </w:tcPr>
          <w:p>
            <w:r>
              <w:t>Spain</w:t>
            </w:r>
          </w:p>
        </w:tc>
        <w:tc>
          <w:tcPr>
            <w:tcW w:type="dxa" w:w="3135"/>
          </w:tcPr>
          <w:p>
            <w:r>
              <w:t>2.22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2.07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东营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