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淄博　｜　编号 bighealth-ZB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个（3923）</w:t>
      </w:r>
    </w:p>
    <w:p>
      <w:r>
        <w:rPr>
          <w:b/>
        </w:rPr>
        <w:t>最新年度中国出口额：</w:t>
      </w:r>
      <w:r>
        <w:t>133.02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129.34 亿美元 / 206 国；2023 年 118.08 亿美元 / 204 国；2024 年 133.02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23.50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8.67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6.14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4.76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淄博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