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大健康与生物医药 × 烟台　｜　编号 bighealth-YT　｜　就绪分 78（A）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1</w:t>
      </w:r>
    </w:p>
    <w:p>
      <w:r>
        <w:rPr>
          <w:b/>
        </w:rPr>
        <w:t>产业带集群：</w:t>
      </w:r>
      <w:r>
        <w:t>0</w:t>
      </w:r>
    </w:p>
    <w:p>
      <w:r>
        <w:rPr>
          <w:b/>
        </w:rPr>
        <w:t>覆盖 HS4：</w:t>
      </w:r>
      <w:r>
        <w:t>1 个（3002）</w:t>
      </w:r>
    </w:p>
    <w:p>
      <w:r>
        <w:rPr>
          <w:b/>
        </w:rPr>
        <w:t>最新年度中国出口额：</w:t>
      </w:r>
      <w:r>
        <w:t>14.54 亿美元（全国口径，非本市出口）</w:t>
      </w:r>
    </w:p>
    <w:p>
      <w:r>
        <w:rPr>
          <w:b/>
        </w:rPr>
        <w:t>贸易伙伴国别：</w:t>
      </w:r>
      <w:r>
        <w:t>154</w:t>
      </w:r>
    </w:p>
    <w:p>
      <w:r>
        <w:t>三年趋势：2022 年 59.41 亿美元 / 175 国；2023 年 14.42 亿美元 / 159 国；2024 年 14.54 亿美元 / 154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4.04</w:t>
            </w:r>
          </w:p>
        </w:tc>
      </w:tr>
      <w:tr>
        <w:tc>
          <w:tcPr>
            <w:tcW w:type="dxa" w:w="3135"/>
          </w:tcPr>
          <w:p>
            <w:r>
              <w:t>DEU</w:t>
            </w:r>
          </w:p>
        </w:tc>
        <w:tc>
          <w:tcPr>
            <w:tcW w:type="dxa" w:w="3135"/>
          </w:tcPr>
          <w:p>
            <w:r>
              <w:t>Germany</w:t>
            </w:r>
          </w:p>
        </w:tc>
        <w:tc>
          <w:tcPr>
            <w:tcW w:type="dxa" w:w="3135"/>
          </w:tcPr>
          <w:p>
            <w:r>
              <w:t>0.92</w:t>
            </w:r>
          </w:p>
        </w:tc>
      </w:tr>
      <w:tr>
        <w:tc>
          <w:tcPr>
            <w:tcW w:type="dxa" w:w="3135"/>
          </w:tcPr>
          <w:p>
            <w:r>
              <w:t>GBR</w:t>
            </w:r>
          </w:p>
        </w:tc>
        <w:tc>
          <w:tcPr>
            <w:tcW w:type="dxa" w:w="3135"/>
          </w:tcPr>
          <w:p>
            <w:r>
              <w:t>United Kingdom</w:t>
            </w:r>
          </w:p>
        </w:tc>
        <w:tc>
          <w:tcPr>
            <w:tcW w:type="dxa" w:w="3135"/>
          </w:tcPr>
          <w:p>
            <w:r>
              <w:t>0.78</w:t>
            </w:r>
          </w:p>
        </w:tc>
      </w:tr>
      <w:tr>
        <w:tc>
          <w:tcPr>
            <w:tcW w:type="dxa" w:w="3135"/>
          </w:tcPr>
          <w:p>
            <w:r>
              <w:t>CHE</w:t>
            </w:r>
          </w:p>
        </w:tc>
        <w:tc>
          <w:tcPr>
            <w:tcW w:type="dxa" w:w="3135"/>
          </w:tcPr>
          <w:p>
            <w:r>
              <w:t>Switzerland</w:t>
            </w:r>
          </w:p>
        </w:tc>
        <w:tc>
          <w:tcPr>
            <w:tcW w:type="dxa" w:w="3135"/>
          </w:tcPr>
          <w:p>
            <w:r>
              <w:t>0.73</w:t>
            </w:r>
          </w:p>
        </w:tc>
      </w:tr>
      <w:tr>
        <w:tc>
          <w:tcPr>
            <w:tcW w:type="dxa" w:w="3135"/>
          </w:tcPr>
          <w:p>
            <w:r>
              <w:t>KOR</w:t>
            </w:r>
          </w:p>
        </w:tc>
        <w:tc>
          <w:tcPr>
            <w:tcW w:type="dxa" w:w="3135"/>
          </w:tcPr>
          <w:p>
            <w:r>
              <w:t>Rep. of Korea</w:t>
            </w:r>
          </w:p>
        </w:tc>
        <w:tc>
          <w:tcPr>
            <w:tcW w:type="dxa" w:w="3135"/>
          </w:tcPr>
          <w:p>
            <w:r>
              <w:t>0.52</w:t>
            </w:r>
          </w:p>
        </w:tc>
      </w:tr>
      <w:tr>
        <w:tc>
          <w:tcPr>
            <w:tcW w:type="dxa" w:w="3135"/>
          </w:tcPr>
          <w:p>
            <w:r>
              <w:t>IRL</w:t>
            </w:r>
          </w:p>
        </w:tc>
        <w:tc>
          <w:tcPr>
            <w:tcW w:type="dxa" w:w="3135"/>
          </w:tcPr>
          <w:p>
            <w:r>
              <w:t>Ireland</w:t>
            </w:r>
          </w:p>
        </w:tc>
        <w:tc>
          <w:tcPr>
            <w:tcW w:type="dxa" w:w="3135"/>
          </w:tcPr>
          <w:p>
            <w:r>
              <w:t>0.49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13 条（status≠closed）</w:t>
      </w:r>
    </w:p>
    <w:p>
      <w:r>
        <w:rPr>
          <w:b/>
        </w:rPr>
        <w:t>exact/near 撮合：</w:t>
      </w:r>
      <w:r>
        <w:t>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大健康与生物医药是山东的高投入板块：济南药谷、烟台生物医药、青岛海洋药物。出口以原料药、中间体、保健品原料为主，制剂受注册限制。</w:t>
      </w:r>
    </w:p>
    <w:p>
      <w:r>
        <w:t>· 中国国际贸易促进委员会烟台市委员会（原产地证签发、境外展会与客商对接）</w:t>
      </w:r>
    </w:p>
    <w:p>
      <w:r>
        <w:t>· 烟台市商务局（外贸科：本地出口企业组织与政策兑现）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《大健康与生物医药 × 烟台 出海作战包》PDF/Word（数据底座 + 市场画像 + 准入要点）</w:t>
      </w:r>
    </w:p>
    <w:p>
      <w:r>
        <w:t>2. 该 HS 组合三年双边贸易流明细（1 个 HS4 / 最新年度 2024）</w:t>
      </w:r>
    </w:p>
    <w:p>
      <w:r>
        <w:t>3. 目的国 TOP 采购方与在采需求清单（当前在采 13 条）</w:t>
      </w:r>
    </w:p>
    <w:p>
      <w:r>
        <w:t>4. 撮合记录与对接建议（exact/near 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