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威海　｜　编号 bighealth-WH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个（1504,2106）</w:t>
      </w:r>
    </w:p>
    <w:p>
      <w:r>
        <w:rPr>
          <w:b/>
        </w:rPr>
        <w:t>最新年度中国出口额：</w:t>
      </w:r>
      <w:r>
        <w:t>41.21 亿美元（全国口径，非本市出口）</w:t>
      </w:r>
    </w:p>
    <w:p>
      <w:r>
        <w:rPr>
          <w:b/>
        </w:rPr>
        <w:t>贸易伙伴国别：</w:t>
      </w:r>
      <w:r>
        <w:t>179</w:t>
      </w:r>
    </w:p>
    <w:p>
      <w:r>
        <w:t>三年趋势：2022 年 33.01 亿美元 / 183 国；2023 年 38.34 亿美元 / 185 国；2024 年 41.21 亿美元 / 179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6.13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5.67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2.36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1.54</w:t>
            </w:r>
          </w:p>
        </w:tc>
      </w:tr>
      <w:tr>
        <w:tc>
          <w:tcPr>
            <w:tcW w:type="dxa" w:w="3135"/>
          </w:tcPr>
          <w:p>
            <w:r>
              <w:t>CHL</w:t>
            </w:r>
          </w:p>
        </w:tc>
        <w:tc>
          <w:tcPr>
            <w:tcW w:type="dxa" w:w="3135"/>
          </w:tcPr>
          <w:p>
            <w:r>
              <w:t>Chile</w:t>
            </w:r>
          </w:p>
        </w:tc>
        <w:tc>
          <w:tcPr>
            <w:tcW w:type="dxa" w:w="3135"/>
          </w:tcPr>
          <w:p>
            <w:r>
              <w:t>1.53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威海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