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大健康与生物医药 × 潍坊　｜　编号 bighealth-WF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个（3822）</w:t>
      </w:r>
    </w:p>
    <w:p>
      <w:r>
        <w:rPr>
          <w:b/>
        </w:rPr>
        <w:t>最新年度中国出口额：</w:t>
      </w:r>
      <w:r>
        <w:t>26.17 亿美元（全国口径，非本市出口）</w:t>
      </w:r>
    </w:p>
    <w:p>
      <w:r>
        <w:rPr>
          <w:b/>
        </w:rPr>
        <w:t>贸易伙伴国别：</w:t>
      </w:r>
      <w:r>
        <w:t>198</w:t>
      </w:r>
    </w:p>
    <w:p>
      <w:r>
        <w:t>三年趋势：2022 年 134.32 亿美元 / 200 国；2023 年 23.60 亿美元 / 197 国；2024 年 26.17 亿美元 / 198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5.28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1.75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1.18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1.15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1.11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1.00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 条（status≠closed）</w:t>
      </w:r>
    </w:p>
    <w:p>
      <w:r>
        <w:rPr>
          <w:b/>
        </w:rPr>
        <w:t>exact/near 撮合：</w:t>
      </w:r>
      <w:r>
        <w:t>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大健康与生物医药是山东的高投入板块：济南药谷、烟台生物医药、青岛海洋药物。出口以原料药、中间体、保健品原料为主，制剂受注册限制。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《大健康与生物医药 × 潍坊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14 条）</w:t>
      </w:r>
    </w:p>
    <w:p>
      <w:r>
        <w:t>4. 撮合记录与对接建议（exact/near 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