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大健康与生物医药 × 青岛　｜　编号 bighealth-QD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4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4 个（2106,3002,3822,3923）</w:t>
      </w:r>
    </w:p>
    <w:p>
      <w:r>
        <w:rPr>
          <w:b/>
        </w:rPr>
        <w:t>最新年度中国出口额：</w:t>
      </w:r>
      <w:r>
        <w:t>211.19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354.81 亿美元 / 206 国；2023 年 191.44 亿美元 / 205 国；2024 年 211.19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38.75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11.61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10.64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9.54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8.04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6.70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14 条（status≠closed）</w:t>
      </w:r>
    </w:p>
    <w:p>
      <w:r>
        <w:rPr>
          <w:b/>
        </w:rPr>
        <w:t>exact/near 撮合：</w:t>
      </w:r>
      <w:r>
        <w:t>1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大健康与生物医药是山东的高投入板块：济南药谷、烟台生物医药、青岛海洋药物。出口以原料药、中间体、保健品原料为主，制剂受注册限制。</w:t>
      </w:r>
    </w:p>
    <w:p>
      <w:r>
        <w:t>· 中国国际贸易促进委员会青岛市委员会（原产地证签发、境外展会与客商对接）</w:t>
      </w:r>
    </w:p>
    <w:p>
      <w:r>
        <w:t>· 青岛市商务局（外贸科：本地出口企业组织与政策兑现）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《大健康与生物医药 × 青岛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14 条）</w:t>
      </w:r>
    </w:p>
    <w:p>
      <w:r>
        <w:t>4. 撮合记录与对接建议（exact/near 1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