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聊城　｜　编号 bighealth-LC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个（1211,2106,3004）</w:t>
      </w:r>
    </w:p>
    <w:p>
      <w:r>
        <w:rPr>
          <w:b/>
        </w:rPr>
        <w:t>最新年度中国出口额：</w:t>
      </w:r>
      <w:r>
        <w:t>151.02 亿美元（全国口径，非本市出口）</w:t>
      </w:r>
    </w:p>
    <w:p>
      <w:r>
        <w:rPr>
          <w:b/>
        </w:rPr>
        <w:t>贸易伙伴国别：</w:t>
      </w:r>
      <w:r>
        <w:t>190</w:t>
      </w:r>
    </w:p>
    <w:p>
      <w:r>
        <w:t>三年趋势：2022 年 148.16 亿美元 / 197 国；2023 年 99.66 亿美元 / 195 国；2024 年 151.02 亿美元 / 190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59.53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9.86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9.49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5.05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4.17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3.95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14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