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菏泽　｜　编号 bighealth-HZ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个（1211,1515,3304）</w:t>
      </w:r>
    </w:p>
    <w:p>
      <w:r>
        <w:rPr>
          <w:b/>
        </w:rPr>
        <w:t>最新年度中国出口额：</w:t>
      </w:r>
      <w:r>
        <w:t>59.35 亿美元（全国口径，非本市出口）</w:t>
      </w:r>
    </w:p>
    <w:p>
      <w:r>
        <w:rPr>
          <w:b/>
        </w:rPr>
        <w:t>贸易伙伴国别：</w:t>
      </w:r>
      <w:r>
        <w:t>181</w:t>
      </w:r>
    </w:p>
    <w:p>
      <w:r>
        <w:t>三年趋势：2022 年 45.27 亿美元 / 180 国；2023 年 54.43 亿美元 / 183 国；2024 年 59.35 亿美元 / 181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7.98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6.31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4.61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4.21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2.51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1.97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菏泽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