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大健康与生物医药 × 德州　｜　编号 bighealth-DZ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7 个（1504,1515,2106,3002,3004,3304,3822）</w:t>
      </w:r>
    </w:p>
    <w:p>
      <w:r>
        <w:rPr>
          <w:b/>
        </w:rPr>
        <w:t>最新年度中国出口额：</w:t>
      </w:r>
      <w:r>
        <w:t>236.07 亿美元（全国口径，非本市出口）</w:t>
      </w:r>
    </w:p>
    <w:p>
      <w:r>
        <w:rPr>
          <w:b/>
        </w:rPr>
        <w:t>贸易伙伴国别：</w:t>
      </w:r>
      <w:r>
        <w:t>201</w:t>
      </w:r>
    </w:p>
    <w:p>
      <w:r>
        <w:t>三年趋势：2022 年 370.09 亿美元 / 202 国；2023 年 175.94 亿美元 / 200 国；2024 年 236.07 亿美元 / 201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76.41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15.83</w:t>
            </w:r>
          </w:p>
        </w:tc>
      </w:tr>
      <w:tr>
        <w:tc>
          <w:tcPr>
            <w:tcW w:type="dxa" w:w="3135"/>
          </w:tcPr>
          <w:p>
            <w:r>
              <w:t>DNK</w:t>
            </w:r>
          </w:p>
        </w:tc>
        <w:tc>
          <w:tcPr>
            <w:tcW w:type="dxa" w:w="3135"/>
          </w:tcPr>
          <w:p>
            <w:r>
              <w:t>Denmark</w:t>
            </w:r>
          </w:p>
        </w:tc>
        <w:tc>
          <w:tcPr>
            <w:tcW w:type="dxa" w:w="3135"/>
          </w:tcPr>
          <w:p>
            <w:r>
              <w:t>10.74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9.90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6.50</w:t>
            </w:r>
          </w:p>
        </w:tc>
      </w:tr>
      <w:tr>
        <w:tc>
          <w:tcPr>
            <w:tcW w:type="dxa" w:w="3135"/>
          </w:tcPr>
          <w:p>
            <w:r>
              <w:t>FRA</w:t>
            </w:r>
          </w:p>
        </w:tc>
        <w:tc>
          <w:tcPr>
            <w:tcW w:type="dxa" w:w="3135"/>
          </w:tcPr>
          <w:p>
            <w:r>
              <w:t>France</w:t>
            </w:r>
          </w:p>
        </w:tc>
        <w:tc>
          <w:tcPr>
            <w:tcW w:type="dxa" w:w="3135"/>
          </w:tcPr>
          <w:p>
            <w:r>
              <w:t>6.41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15 条（status≠closed）</w:t>
      </w:r>
    </w:p>
    <w:p>
      <w:r>
        <w:rPr>
          <w:b/>
        </w:rPr>
        <w:t>exact/near 撮合：</w:t>
      </w:r>
      <w:r>
        <w:t>1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大健康与生物医药是山东的高投入板块：济南药谷、烟台生物医药、青岛海洋药物。出口以原料药、中间体、保健品原料为主，制剂受注册限制。</w:t>
      </w:r>
    </w:p>
    <w:p>
      <w:r>
        <w:t>· 中国国际贸易促进委员会德州市委员会（原产地证签发、境外展会与客商对接）</w:t>
      </w:r>
    </w:p>
    <w:p>
      <w:r>
        <w:t>· 德州市商务局（外贸科：本地出口企业组织与政策兑现）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《大健康与生物医药 × 德州 出海作战包》PDF/Word（数据底座 + 市场画像 + 准入要点）</w:t>
      </w:r>
    </w:p>
    <w:p>
      <w:r>
        <w:t>2. 该 HS 组合三年双边贸易流明细（7 个 HS4 / 最新年度 2024）</w:t>
      </w:r>
    </w:p>
    <w:p>
      <w:r>
        <w:t>3. 目的国 TOP 采购方与在采需求清单（当前在采 15 条）</w:t>
      </w:r>
    </w:p>
    <w:p>
      <w:r>
        <w:t>4. 撮合记录与对接建议（exact/near 1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