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东营　｜　编号 bighealth-DY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个（1504,1515,2106,3002,3004,3304,3822）</w:t>
      </w:r>
    </w:p>
    <w:p>
      <w:r>
        <w:rPr>
          <w:b/>
        </w:rPr>
        <w:t>最新年度中国出口额：</w:t>
      </w:r>
      <w:r>
        <w:t>236.07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370.09 亿美元 / 202 国；2023 年 175.94 亿美元 / 200 国；2024 年 236.07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76.41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15.83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10.74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9.90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6.50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6.41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15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东营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15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