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枣庄　｜　编号 agri-ZZ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个（0810,2009）</w:t>
      </w:r>
    </w:p>
    <w:p>
      <w:r>
        <w:rPr>
          <w:b/>
        </w:rPr>
        <w:t>最新年度中国出口额：</w:t>
      </w:r>
      <w:r>
        <w:t>14.83 亿美元（全国口径，非本市出口）</w:t>
      </w:r>
    </w:p>
    <w:p>
      <w:r>
        <w:rPr>
          <w:b/>
        </w:rPr>
        <w:t>贸易伙伴国别：</w:t>
      </w:r>
      <w:r>
        <w:t>144</w:t>
      </w:r>
    </w:p>
    <w:p>
      <w:r>
        <w:t>三年趋势：2022 年 9.74 亿美元 / 130 国；2023 年 9.57 亿美元 / 147 国；2024 年 14.83 亿美元 / 144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2.40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1.81</w:t>
            </w:r>
          </w:p>
        </w:tc>
      </w:tr>
      <w:tr>
        <w:tc>
          <w:tcPr>
            <w:tcW w:type="dxa" w:w="3135"/>
          </w:tcPr>
          <w:p>
            <w:r>
              <w:t>ZAF</w:t>
            </w:r>
          </w:p>
        </w:tc>
        <w:tc>
          <w:tcPr>
            <w:tcW w:type="dxa" w:w="3135"/>
          </w:tcPr>
          <w:p>
            <w:r>
              <w:t>South Africa</w:t>
            </w:r>
          </w:p>
        </w:tc>
        <w:tc>
          <w:tcPr>
            <w:tcW w:type="dxa" w:w="3135"/>
          </w:tcPr>
          <w:p>
            <w:r>
              <w:t>1.01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1.01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1.01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0.85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枣庄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