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农业与农产品 × 淄博　｜　编号 agri-ZB　｜　就绪分 73（A）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9 个（0602,0603,0702,0703,0709,1001,1005,1202,1515）</w:t>
      </w:r>
    </w:p>
    <w:p>
      <w:r>
        <w:rPr>
          <w:b/>
        </w:rPr>
        <w:t>最新年度中国出口额：</w:t>
      </w:r>
      <w:r>
        <w:t>65.02 亿美元（全国口径，非本市出口）</w:t>
      </w:r>
    </w:p>
    <w:p>
      <w:r>
        <w:rPr>
          <w:b/>
        </w:rPr>
        <w:t>贸易伙伴国别：</w:t>
      </w:r>
      <w:r>
        <w:t>179</w:t>
      </w:r>
    </w:p>
    <w:p>
      <w:r>
        <w:t>三年趋势：2022 年 46.38 亿美元 / 174 国；2023 年 50.98 亿美元 / 185 国；2024 年 65.02 亿美元 / 179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8.76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7.48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6.11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5.82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3.88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2.71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18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山东是全国最大的设施农业省，蔬菜、果品、畜禽、水产四类供给同时具备规模化与周年供应能力。岱宗在农业板块做的事，是把「有货」变成「可交割」：定级、预冷、单证、目的国准入，一环不缺。</w:t>
      </w:r>
    </w:p>
    <w:p>
      <w:r>
        <w:t>· 中国国际贸易促进委员会淄博市委员会（原产地证签发、境外展会与客商对接）</w:t>
      </w:r>
    </w:p>
    <w:p>
      <w:r>
        <w:t>· 淄博市商务局（外贸科：本地出口企业组织与政策兑现）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《农业与农产品 × 淄博 出海作战包》PDF/Word（数据底座 + 市场画像 + 准入要点）</w:t>
      </w:r>
    </w:p>
    <w:p>
      <w:r>
        <w:t>2. 该 HS 组合三年双边贸易流明细（9 个 HS4 / 最新年度 2024）</w:t>
      </w:r>
    </w:p>
    <w:p>
      <w:r>
        <w:t>3. 目的国 TOP 采购方与在采需求清单（当前在采 18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