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烟台　｜　编号 agri-YT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7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2 个（0808,1202）</w:t>
      </w:r>
    </w:p>
    <w:p>
      <w:r>
        <w:rPr>
          <w:b/>
        </w:rPr>
        <w:t>最新年度中国出口额：</w:t>
      </w:r>
      <w:r>
        <w:t>25.65 亿美元（全国口径，非本市出口）</w:t>
      </w:r>
    </w:p>
    <w:p>
      <w:r>
        <w:rPr>
          <w:b/>
        </w:rPr>
        <w:t>贸易伙伴国别：</w:t>
      </w:r>
      <w:r>
        <w:t>132</w:t>
      </w:r>
    </w:p>
    <w:p>
      <w:r>
        <w:t>三年趋势：2022 年 19.47 亿美元 / 124 国；2023 年 19.31 亿美元 / 137 国；2024 年 25.65 亿美元 / 132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6.37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3.47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2.86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2.63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1.22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1.01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烟台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18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