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农业与农产品 × 泰安　｜　编号 agri-TA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3 个（0407,0808,1209）</w:t>
      </w:r>
    </w:p>
    <w:p>
      <w:r>
        <w:rPr>
          <w:b/>
        </w:rPr>
        <w:t>最新年度中国出口额：</w:t>
      </w:r>
      <w:r>
        <w:t>27.61 亿美元（全国口径，非本市出口）</w:t>
      </w:r>
    </w:p>
    <w:p>
      <w:r>
        <w:rPr>
          <w:b/>
        </w:rPr>
        <w:t>贸易伙伴国别：</w:t>
      </w:r>
      <w:r>
        <w:t>149</w:t>
      </w:r>
    </w:p>
    <w:p>
      <w:r>
        <w:t>三年趋势：2022 年 21.28 亿美元 / 138 国；2023 年 21.72 亿美元 / 151 国；2024 年 27.61 亿美元 / 149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5.69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3.53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3.26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2.42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2.42</w:t>
            </w:r>
          </w:p>
        </w:tc>
      </w:tr>
      <w:tr>
        <w:tc>
          <w:tcPr>
            <w:tcW w:type="dxa" w:w="3135"/>
          </w:tcPr>
          <w:p>
            <w:r>
              <w:t>BGD</w:t>
            </w:r>
          </w:p>
        </w:tc>
        <w:tc>
          <w:tcPr>
            <w:tcW w:type="dxa" w:w="3135"/>
          </w:tcPr>
          <w:p>
            <w:r>
              <w:t>Bangladesh</w:t>
            </w:r>
          </w:p>
        </w:tc>
        <w:tc>
          <w:tcPr>
            <w:tcW w:type="dxa" w:w="3135"/>
          </w:tcPr>
          <w:p>
            <w:r>
              <w:t>0.95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18 条（status≠closed）</w:t>
      </w:r>
    </w:p>
    <w:p>
      <w:r>
        <w:rPr>
          <w:b/>
        </w:rPr>
        <w:t>exact/near 撮合：</w:t>
      </w:r>
      <w:r>
        <w:t>18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山东是全国最大的设施农业省，蔬菜、果品、畜禽、水产四类供给同时具备规模化与周年供应能力。岱宗在农业板块做的事，是把「有货」变成「可交割」：定级、预冷、单证、目的国准入，一环不缺。</w:t>
      </w:r>
    </w:p>
    <w:p>
      <w:r>
        <w:t>· 中国国际贸易促进委员会泰安市委员会（原产地证签发、境外展会与客商对接）</w:t>
      </w:r>
    </w:p>
    <w:p>
      <w:r>
        <w:t>· 泰安市商务局（外贸科：本地出口企业组织与政策兑现）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《农业与农产品 × 泰安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18 条）</w:t>
      </w:r>
    </w:p>
    <w:p>
      <w:r>
        <w:t>4. 撮合记录与对接建议（exact/near 18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