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日照　｜　编号 agri-RZ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个（0902）</w:t>
      </w:r>
    </w:p>
    <w:p>
      <w:r>
        <w:rPr>
          <w:b/>
        </w:rPr>
        <w:t>最新年度中国出口额：</w:t>
      </w:r>
      <w:r>
        <w:t>13.24 亿美元（全国口径，非本市出口）</w:t>
      </w:r>
    </w:p>
    <w:p>
      <w:r>
        <w:rPr>
          <w:b/>
        </w:rPr>
        <w:t>贸易伙伴国别：</w:t>
      </w:r>
      <w:r>
        <w:t>154</w:t>
      </w:r>
    </w:p>
    <w:p>
      <w:r>
        <w:t>三年趋势：2022 年 15.17 亿美元 / 151 国；2023 年 13.83 亿美元 / 161 国；2024 年 13.24 亿美元 / 154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MAR</w:t>
            </w:r>
          </w:p>
        </w:tc>
        <w:tc>
          <w:tcPr>
            <w:tcW w:type="dxa" w:w="3135"/>
          </w:tcPr>
          <w:p>
            <w:r>
              <w:t>Morocco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GHA</w:t>
            </w:r>
          </w:p>
        </w:tc>
        <w:tc>
          <w:tcPr>
            <w:tcW w:type="dxa" w:w="3135"/>
          </w:tcPr>
          <w:p>
            <w:r>
              <w:t>Ghana</w:t>
            </w:r>
          </w:p>
        </w:tc>
        <w:tc>
          <w:tcPr>
            <w:tcW w:type="dxa" w:w="3135"/>
          </w:tcPr>
          <w:p>
            <w:r>
              <w:t>1.54</w:t>
            </w:r>
          </w:p>
        </w:tc>
      </w:tr>
      <w:tr>
        <w:tc>
          <w:tcPr>
            <w:tcW w:type="dxa" w:w="3135"/>
          </w:tcPr>
          <w:p>
            <w:r>
              <w:t>MRT</w:t>
            </w:r>
          </w:p>
        </w:tc>
        <w:tc>
          <w:tcPr>
            <w:tcW w:type="dxa" w:w="3135"/>
          </w:tcPr>
          <w:p>
            <w:r>
              <w:t>Mauritania</w:t>
            </w:r>
          </w:p>
        </w:tc>
        <w:tc>
          <w:tcPr>
            <w:tcW w:type="dxa" w:w="3135"/>
          </w:tcPr>
          <w:p>
            <w:r>
              <w:t>0.64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0.60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0.59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0.55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日照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