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青岛　｜　编号 agri-QD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4 个（0704,1202,1507,2103）</w:t>
      </w:r>
    </w:p>
    <w:p>
      <w:r>
        <w:rPr>
          <w:b/>
        </w:rPr>
        <w:t>最新年度中国出口额：</w:t>
      </w:r>
      <w:r>
        <w:t>29.44 亿美元（全国口径，非本市出口）</w:t>
      </w:r>
    </w:p>
    <w:p>
      <w:r>
        <w:rPr>
          <w:b/>
        </w:rPr>
        <w:t>贸易伙伴国别：</w:t>
      </w:r>
      <w:r>
        <w:t>181</w:t>
      </w:r>
    </w:p>
    <w:p>
      <w:r>
        <w:t>三年趋势：2022 年 28.88 亿美元 / 182 国；2023 年 27.66 亿美元 / 183 国；2024 年 29.44 亿美元 / 181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3.08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2.30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1.86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1.66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1.61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