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济宁　｜　编号 agri-JNG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8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7 个（0703,0709,0712,0904,1001,1209,2005）</w:t>
      </w:r>
    </w:p>
    <w:p>
      <w:r>
        <w:rPr>
          <w:b/>
        </w:rPr>
        <w:t>最新年度中国出口额：</w:t>
      </w:r>
      <w:r>
        <w:t>99.18 亿美元（全国口径，非本市出口）</w:t>
      </w:r>
    </w:p>
    <w:p>
      <w:r>
        <w:rPr>
          <w:b/>
        </w:rPr>
        <w:t>贸易伙伴国别：</w:t>
      </w:r>
      <w:r>
        <w:t>187</w:t>
      </w:r>
    </w:p>
    <w:p>
      <w:r>
        <w:t>三年趋势：2022 年 78.14 亿美元 / 188 国；2023 年 83.32 亿美元 / 193 国；2024 年 99.18 亿美元 / 187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10.82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9.15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8.90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7.64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6.71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6.45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济宁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18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