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德州　｜　编号 agri-DZ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7 个（0407,0810,0813,0904,1001,1005,2309）</w:t>
      </w:r>
    </w:p>
    <w:p>
      <w:r>
        <w:rPr>
          <w:b/>
        </w:rPr>
        <w:t>最新年度中国出口额：</w:t>
      </w:r>
      <w:r>
        <w:t>50.12 亿美元（全国口径，非本市出口）</w:t>
      </w:r>
    </w:p>
    <w:p>
      <w:r>
        <w:rPr>
          <w:b/>
        </w:rPr>
        <w:t>贸易伙伴国别：</w:t>
      </w:r>
      <w:r>
        <w:t>164</w:t>
      </w:r>
    </w:p>
    <w:p>
      <w:r>
        <w:t>三年趋势：2022 年 45.46 亿美元 / 162 国；2023 年 43.37 亿美元 / 169 国；2024 年 50.12 亿美元 / 164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5.13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4.44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3.84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3.40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2.30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2.23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德州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