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东营　｜　编号 agri-DY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个（0602,0603,0702,0703,0709,1001,1005,1202,1515）</w:t>
      </w:r>
    </w:p>
    <w:p>
      <w:r>
        <w:rPr>
          <w:b/>
        </w:rPr>
        <w:t>最新年度中国出口额：</w:t>
      </w:r>
      <w:r>
        <w:t>65.02 亿美元（全国口径，非本市出口）</w:t>
      </w:r>
    </w:p>
    <w:p>
      <w:r>
        <w:rPr>
          <w:b/>
        </w:rPr>
        <w:t>贸易伙伴国别：</w:t>
      </w:r>
      <w:r>
        <w:t>179</w:t>
      </w:r>
    </w:p>
    <w:p>
      <w:r>
        <w:t>三年趋势：2022 年 46.38 亿美元 / 174 国；2023 年 50.98 亿美元 / 185 国；2024 年 65.02 亿美元 / 179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8.76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7.48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6.11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5.82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3.88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2.71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东营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