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滨州　｜　编号 agri-BZ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4 个（0808,0810,0813,1507）</w:t>
      </w:r>
    </w:p>
    <w:p>
      <w:r>
        <w:rPr>
          <w:b/>
        </w:rPr>
        <w:t>最新年度中国出口额：</w:t>
      </w:r>
      <w:r>
        <w:t>30.10 亿美元（全国口径，非本市出口）</w:t>
      </w:r>
    </w:p>
    <w:p>
      <w:r>
        <w:rPr>
          <w:b/>
        </w:rPr>
        <w:t>贸易伙伴国别：</w:t>
      </w:r>
      <w:r>
        <w:t>139</w:t>
      </w:r>
    </w:p>
    <w:p>
      <w:r>
        <w:t>三年趋势：2022 年 23.34 亿美元 / 128 国；2023 年 23.41 亿美元 / 144 国；2024 年 30.10 亿美元 / 139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5.89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5.48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3.03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2.53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2.29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1.13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滨州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18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